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קלפי החשבון – נושאים מעורבים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נושאי חשבון מרכזיים של כיתות ה׳-ו׳ בצורה מעורבת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סוג הבעיה ודרך הפתרון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למבחן באמצעות תרגול מהיר ומגוון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 מעורבות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 ס״מ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הכפל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1/2 שווה בדיוק ל-50%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היקף הוא אורך הגבול, לא השטח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כפל וחילוק קודמים לחיבור וחיסור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שניהם שווים לחצי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מספר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3/4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2. 3.5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(חלק משלם)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(חלק ממאה)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(אורך הגבול של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(גודל המשטח בתוך הצורה)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(סכום חלקי כמות)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פתרון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זיהוי סוג השאלה (שבר, אחוז, גיאומטריה וכו')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בחירת הנוסחה או הפעולה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ביצוע החישוב לפי סדר 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בדיקת הסבירות של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כתיבת התשובה הסופית עם יחידות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שממירים אחוז לשבר או עשרוני ומכפילים במספר, ויביא דוגמה נכונה עם חישוב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היקף-אורך גבול, שטח-גודל משטח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מחלקים את האחוז ב-100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כפל וחילוק לפני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לתחנות לפי סוגי השאלות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שימוש בקלפים הפיזיים לצד הדף לתרגול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בשאלות ללא סימון skip_n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חפיסת קלפי החשבון – נושאים מעורבים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שאלות מעורבות מתוך נושאי החשבון השונים, בדיוק כמו בקלפים שבאתר - שברים, עשרוניים, אחוזים, גיאומטריה ועוד.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 מעורבות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זה 3/4 + 1/4?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זה 0.3 + 0.7?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0.10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0.4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25% מתוך 80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היקף ריבוע שאורך צלעו 5 ס״מ?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שטח מלבן שאורכו 6 ורוחבו 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הממוצע של 4, 6, 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לפי סדר פעולות, מה פותרים קודם ב-3+4×2?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כמה זה 2/3 של 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שווה ל-50 אחוז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היקף הוא גודל השטח בתוך הצורה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ממוצע מחושב על ידי חיבור המספרים וחלוקה בכמותם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בסדר פעולות, חיבור תמיד קודם לכפל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0.5 ו-5/10 הם אותו 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מספר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1/2 + 1/4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1.2 + 2.3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10% מתוך 50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שטח ריבוע שאורך צלעו 4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הממוצע של 2, 4, 6, 8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5 × (2 + 3)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חלק ממאה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גודל המשטח בתוך הצורה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סכום חלקי 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שטח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אורך הגבול של הצורה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ממוצע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משלם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פתרון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הנוסחה או הפעולה המתאימה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זיהוי סוג השאלה (שבר, אחוז, גיאומטריה וכו')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התשובה הסופית עם יחידות אם צריך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ביצוע החישוב לפי סדר פעולות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הסבירות של התשובה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כיצד הייתם פותרים שאלה שבה צריך למצוא 30% מתוך מספר, ותנו דוגמה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היקף לשטח?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הופכים אחוז לשבר?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סדר הפעולות הנכון בביטוי עם חיבור וכפל יחד?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חפיסת קלפי החשבון – נושאים מעורבים ה׳–ו׳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