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החשבון – נושאים מעורבים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נושאי חשבון מרכזיים של כיתות ה׳-ו׳ בצורה מעורבת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סוג הבעיה ודרך הפתרון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באמצעות תרגול מהיר ומגוון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מעורבות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 ס״מ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1/2 שווה בדיוק ל-50%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היקף הוא אורך הגבול, לא השטח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שניהם שווים לחצי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(חלק משלם)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(אורך הגבול של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(גודל המשטח בתוך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(סכום חלקי 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פתרון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זיהוי סוג השאלה (שבר, אחוז, גיאומטריה וכו')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הנוסחה או הפעולה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ביצוע החישוב לפי 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בדיקת הסבירות של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התשובה הסופית עם יחידות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שממירים אחוז לשבר או עשרוני ומכפילים במספר, ויביא דוגמה נכונה עם חישוב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היקף-אורך גבול, שטח-גודל משטח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האחוז ב-100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סוגי השאלות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בקלפים הפיזיים לצד הדף לתרגול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בשאלות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החשבון – נושאים מעורבים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חשבון קצרות מכמה נושאים. פותרים כל שאלה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שמתאר חלק משלם, למשל חצי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עשרוני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עם נקודה עשרונית, למשל 2.5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ממאה, מסומן בסימן %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אורך הגבול של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גודל המשטח שבתוך הצורה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ממוצע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מספרים חלקי כמות המספרים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גדלים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הכלל שקובע איזו פעולה חשבונית מבצעים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 מעורבות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חברו את השברים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חברו את המספרים העשרוניים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0.10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רבע מ-80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חברו את ארבע הצלעות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הכפילו אורך ברוחב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חברו וחלקו ב-3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עושים קודם, כפל או 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מצאו שני שליש מתוך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שווה ל-50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הוא גודל השטח בתוך הצורה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ממוצע מחושב על ידי חיבור המספרים וחלוקה בכמותם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בסדר פעולות, חיבור תמיד קודם לכפל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ו-5/10 הם אותו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מספר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1/2 + 1/4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1.2 + 2.3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10% מתוך 50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שטח ריבוע שאורך צלעו 4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הממוצע של 2, 4, 6, 8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5 × (2 + 3)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סכום חלקי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משלם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גודל המשטח בתוך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אורך הגבול של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ממאה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פתרון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התשובה הסופית עם יחידות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הסבירות של התשובה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הנוסחה או הפעולה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סוג השאלה (שבר, אחוז, גיאומטריה וכו')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ביצוע החישוב לפי סדר פעולות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הייתם פותרים שאלה שבה צריך למצוא 30% מתוך מספר, ותנו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הופכים אחוז לשבר?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סדר הפעולות הנכון בביטוי עם חיבור וכפל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קלפי החשבון – נושאים מעורבים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