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החשבון – נושאים מעורבים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נושאי חשבון מרכזיים של כיתות ה׳-ו׳ בצורה מעורבת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סוג הבעיה ודרך הפתרון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באמצעות תרגול מהיר ומגוון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מעורבות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20 ס״מ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1/2 שווה בדיוק ל-50%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היקף הוא אורך הגבול, לא השטח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ממוצע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משלם)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(אורך הגבול של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(גודל המשטח בתוך הצורה)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פתרון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זיהוי סוג השאלה (שבר, אחוז, גיאומטריה וכו')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הנוסחה או הפעולה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ביצוע החישוב לפי 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בדיקת הסבירות של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שממירים אחוז לשבר או עשרוני ומכפילים במספר, ויביא דוגמה נכונה עם חישוב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היקף-אורך גבול, שטח-גודל משטח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האחוז ב-100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סוגי השאלות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בקלפים הפיזיים לצד הדף לתרגול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בשאלות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החשבון – נושאים מעורבים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שאלות מעורבות מתוך נושאי החשבון השונים, בדיוק כמו בקלפים שבאתר - שברים, עשרוניים, אחוזים, גיאומטריה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3/4  ·  3.5  ·  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 מעורבות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זה 3/4 + 1/4?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זה 0.3 + 0.7?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0.10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היקף ריבוע שאורך צלעו 5 ס״מ?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ס״מ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חצי שווה ל-50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היקף הוא גודל השטח בתוך הצורה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ממוצע מחושב על ידי חיבור המספרים וחלוקה בכמותם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מספר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1/2 + 1/4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1.2 + 2.3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10% מתוך 50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חלק ממאה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אורך הגבול של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גודל המשטח בתוך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משלם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פתרון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הנוסחה או הפעולה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ביצוע החישוב לפי סדר פעולות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בדיקת הסבירות של התשובה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זיהוי סוג השאלה (שבר, אחוז, גיאומטריה וכו')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הייתם פותרים שאלה שבה צריך למצוא 30% מתוך מספר, ותנו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הופכים אחוז לשבר?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קלפי החשבון – נושאים מעורבים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